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מורשת חיה בשולחן ובקול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מוחשי ומה בלתי מוחשי במנהגי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משמעות הסימנים ואת טקס התשליך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כיצד מורשת ראש השנה ממשיכה גם במשפחות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השופר מוחשי ושמיעת הקול בלתי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ראש של דג או כבש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יש בשמם משחק מילים על סילוק הרע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להשליך מעשים לא טובים ולהתחיל מחדש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שולחן החג והאיחול הם חלק מהמורשת שלהן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סימן מסמל איחול לשנה הטובה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השופר הוא חפץ שאפשר לראות ולגעת בו,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הטקס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הבדלים בין משפחות, אך המורשת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שולחן החג והאיחולים נשארים חלק מהמסורת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תפוח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סימנים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מאכל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(שיתמו (ייגמרו) האויבים)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(שיסתלקו הצרות)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(שייכרתו שונאינו)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(שנתרבה בזכויות כמו גרגירים)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(שתהיה שנה מתוקה)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מאכלים עם משמעות סמלית, הברכה הנלווית אליהם מבטאת איחול לשנה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המים והפירורים מוחשיים, הרעיון של ניקוי מעשים והתחלה חדשה 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- יש לציין שמירה על שולחן חג, סימנים ואיחולים כחלק מהמסורת המשפחתית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מוחשי - חפץ שרואים/נוגעים, בלתי מוחשי - רגש/משמעות; דוגמאות מהשופר או הסימנים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הכוללת מאכל ומשמעות נכונה כגון תמר-סילוק אויבים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לסמל ניקוי מעשים רעים והתחלה חדשה בשנה הבאה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דוגמאות אמיתיות של סימנים לשולחן ולדון במשמעותם בזמן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הדיון על מוחשי-בלתי מוחשי גם למנהגים אחרים שהתלמידים מכירים מהבית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מורשת חיה בשולחן ובקול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בראש השנה יש מנהגים שעוברים מדור לדור - חלקם מוחשיים כמו מאכלים וחלקם בלתי מוחשיים כמו תקווה וברכה. בדף זה נתרגל את המושגים הקשורים לשופר, לסימנים ולתשליך.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מוחשי ומה בלתי מוחשי במצוות השופר?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השופר בלתי מוחשי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שניהם מוחשיים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השופר מוחשי ושמיעת הקול בלתי מוחשית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איזה מאכל אומרים 'שנהיה לראש ולא לזנב'?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 של דג או כבש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דלעת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המשותף לתמר, סלק וכרתי?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כולם מתוקים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כולם אדומים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בשמם משחק מילים על סילוק הרע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כולם פירות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הסמלית של התשליך?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לנקות את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לדוג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להשליך מעשים לא טובים ולהתחיל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מסופר בטקסט על משפחות שאינן דתיות?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הן לא חוגגות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שולחן החג והאיחול הם חלק מהמורשת שלהן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הן הולכות רק לתשליך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הן אוכלות רק דג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הסימנים בראש השנה הם מאכלים עם משמעות וברכה.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השופר הוא דבר בלתי מוחשי.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בתשליך זורקים פירורי לחם למים כסמל לניקוי מעשים.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המשפחות חוגגות את ראש השנה באותה צורה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משפחות לא דתיות שומרות על חלק מהמורשת בחג.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כלי נגינה שתוקעים בו בראש השנה.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אוכלים __________ בראש השנה כדי לבקש שנה מתוקה.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בטקס ה__________ זורקים פירורים למים.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דבר שאפשר לראות ולגעת בו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רגש או מחשבה שאי אפשר לגעת בהם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ה__________ הם מאכלים מיוחדים עם ברכה בראש השנה.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מאכל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שיסתלקו הצרות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סלק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שנתרבה בזכויות כמו גרגירים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כרתי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שתהיה שנה מתוקה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רימון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שיתמו (ייגמרו) האויבים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תפוח בדבש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שייכרתו שונאינו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מהם 'סימנים' ולמה אוכלים אותם בראש השנה.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מה מוחשי ומה בלתי מוחשי בטקס התשליך.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כיצד לדעתכם אפשר לחגוג ראש השנה גם במשפחה שאינה דתית, תוך שמירה על המורשת.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מוחשי לבלתי מוחשי? תנו דוגמה אחת מכל סוג מהחג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סימן אחד ואת משמעותו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המטרה של טקס התשליך?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ראש השנה – מורשת חיה בשולחן ובקול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